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AB0FC" w14:textId="77777777" w:rsidR="006960C0" w:rsidRPr="00B81BCA" w:rsidRDefault="00766996" w:rsidP="00467D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BCA">
        <w:rPr>
          <w:rFonts w:ascii="Times New Roman" w:hAnsi="Times New Roman" w:cs="Times New Roman"/>
          <w:b/>
          <w:sz w:val="28"/>
          <w:szCs w:val="28"/>
        </w:rPr>
        <w:t>Middle Tennessee State University</w:t>
      </w:r>
    </w:p>
    <w:p w14:paraId="136470D7" w14:textId="77777777" w:rsidR="006960C0" w:rsidRPr="00B81BCA" w:rsidRDefault="00766996" w:rsidP="00467D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BCA">
        <w:rPr>
          <w:rFonts w:ascii="Times New Roman" w:hAnsi="Times New Roman" w:cs="Times New Roman"/>
          <w:b/>
          <w:sz w:val="28"/>
          <w:szCs w:val="28"/>
        </w:rPr>
        <w:t>5-Year Program Review Calendar</w:t>
      </w:r>
    </w:p>
    <w:p w14:paraId="193B0E44" w14:textId="04A5ED1D" w:rsidR="006960C0" w:rsidRPr="00B81BCA" w:rsidRDefault="00766996" w:rsidP="00467D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1BCA">
        <w:rPr>
          <w:rFonts w:ascii="Times New Roman" w:hAnsi="Times New Roman" w:cs="Times New Roman"/>
          <w:b/>
          <w:bCs/>
          <w:sz w:val="28"/>
          <w:szCs w:val="28"/>
        </w:rPr>
        <w:t>2026–2031</w:t>
      </w:r>
    </w:p>
    <w:tbl>
      <w:tblPr>
        <w:tblW w:w="10224" w:type="dxa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376225" w:rsidRPr="00BB7BDC" w14:paraId="25489B01" w14:textId="77777777" w:rsidTr="00BB7BDC">
        <w:trPr>
          <w:trHeight w:val="503"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3A4911DB" w14:textId="20DE8450" w:rsidR="00376225" w:rsidRPr="00BB7BDC" w:rsidRDefault="00376225" w:rsidP="00BB7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BDC">
              <w:rPr>
                <w:rFonts w:ascii="Times New Roman" w:hAnsi="Times New Roman" w:cs="Times New Roman"/>
                <w:b/>
                <w:sz w:val="24"/>
                <w:szCs w:val="24"/>
              </w:rPr>
              <w:t>UNDERGRADUATE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203ED39B" w14:textId="4CFB2A65" w:rsidR="00376225" w:rsidRPr="00BB7BDC" w:rsidRDefault="00376225" w:rsidP="00BB7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BDC">
              <w:rPr>
                <w:rFonts w:ascii="Times New Roman" w:hAnsi="Times New Roman" w:cs="Times New Roman"/>
                <w:b/>
                <w:sz w:val="24"/>
                <w:szCs w:val="24"/>
              </w:rPr>
              <w:t>GRADUATE</w:t>
            </w:r>
          </w:p>
        </w:tc>
      </w:tr>
      <w:tr w:rsidR="006960C0" w:rsidRPr="00BB7BDC" w14:paraId="255FFA4E" w14:textId="77777777" w:rsidTr="00376225">
        <w:trPr>
          <w:trHeight w:val="449"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099EF949" w14:textId="06B969FD" w:rsidR="00376225" w:rsidRPr="00BB7BDC" w:rsidRDefault="00376225" w:rsidP="00BB7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B7BDC">
              <w:rPr>
                <w:rFonts w:ascii="Times New Roman" w:hAnsi="Times New Roman" w:cs="Times New Roman"/>
                <w:b/>
                <w:sz w:val="22"/>
              </w:rPr>
              <w:t>2026-2027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32CE09F0" w14:textId="6CF7666D" w:rsidR="00376225" w:rsidRPr="00BB7BDC" w:rsidRDefault="00376225" w:rsidP="00BB7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B7BDC">
              <w:rPr>
                <w:rFonts w:ascii="Times New Roman" w:hAnsi="Times New Roman" w:cs="Times New Roman"/>
                <w:b/>
                <w:sz w:val="22"/>
              </w:rPr>
              <w:t>2026-2027</w:t>
            </w:r>
          </w:p>
        </w:tc>
      </w:tr>
      <w:tr w:rsidR="006960C0" w:rsidRPr="00BB7BDC" w14:paraId="59BC36C9" w14:textId="77777777" w:rsidTr="00376225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124C10" w14:textId="77777777" w:rsidR="006960C0" w:rsidRPr="00BB7BDC" w:rsidRDefault="00766996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Anthropology — BS/BA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EFCF7D3" w14:textId="77777777" w:rsidR="006960C0" w:rsidRPr="00BB7BDC" w:rsidRDefault="00766996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English — MA, PhD</w:t>
            </w:r>
          </w:p>
        </w:tc>
      </w:tr>
      <w:tr w:rsidR="006960C0" w:rsidRPr="00BB7BDC" w14:paraId="090C75FD" w14:textId="77777777" w:rsidTr="00376225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48EB4C2" w14:textId="77777777" w:rsidR="006960C0" w:rsidRPr="00BB7BDC" w:rsidRDefault="00766996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Audio Production 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1B933FF" w14:textId="77777777" w:rsidR="006960C0" w:rsidRPr="00BB7BDC" w:rsidRDefault="00766996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Human Performance — PhD</w:t>
            </w:r>
          </w:p>
        </w:tc>
      </w:tr>
      <w:tr w:rsidR="006960C0" w:rsidRPr="00BB7BDC" w14:paraId="29117659" w14:textId="77777777" w:rsidTr="00376225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E170ECD" w14:textId="77777777" w:rsidR="006960C0" w:rsidRPr="00BB7BDC" w:rsidRDefault="00766996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Industrial-Org Psychology 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59FA88A" w14:textId="77777777" w:rsidR="006960C0" w:rsidRPr="00BB7BDC" w:rsidRDefault="00766996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International Affairs — PhD</w:t>
            </w:r>
          </w:p>
        </w:tc>
      </w:tr>
      <w:tr w:rsidR="006960C0" w:rsidRPr="00BB7BDC" w14:paraId="4A476E1E" w14:textId="77777777" w:rsidTr="00376225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DF6015C" w14:textId="77777777" w:rsidR="006960C0" w:rsidRPr="00BB7BDC" w:rsidRDefault="00766996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Law Enforcement 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019EF5C6" w14:textId="77777777" w:rsidR="006960C0" w:rsidRPr="00BB7BDC" w:rsidRDefault="00766996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Leisure, Sport, and Tourism Management — MS</w:t>
            </w:r>
          </w:p>
        </w:tc>
      </w:tr>
      <w:tr w:rsidR="006960C0" w:rsidRPr="00BB7BDC" w14:paraId="3FE07EF3" w14:textId="77777777" w:rsidTr="00376225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584FCA" w14:textId="77777777" w:rsidR="006960C0" w:rsidRPr="00BB7BDC" w:rsidRDefault="00766996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Philosophy — BS, BA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F9C3FD" w14:textId="77777777" w:rsidR="006960C0" w:rsidRPr="00BB7BDC" w:rsidRDefault="00766996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Media and Communication — MS</w:t>
            </w:r>
          </w:p>
        </w:tc>
      </w:tr>
      <w:tr w:rsidR="006960C0" w:rsidRPr="00BB7BDC" w14:paraId="531E061F" w14:textId="77777777" w:rsidTr="00376225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2731967" w14:textId="77777777" w:rsidR="006960C0" w:rsidRPr="00BB7BDC" w:rsidRDefault="00766996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Psychology — BS, BA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4A25830" w14:textId="77777777" w:rsidR="006960C0" w:rsidRPr="00BB7BDC" w:rsidRDefault="006960C0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BB7BDC" w:rsidRPr="00BB7BDC" w14:paraId="6D2BABB1" w14:textId="77777777" w:rsidTr="00A1674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DDC78D" w14:textId="2E7A1872" w:rsidR="00BB7BDC" w:rsidRPr="00BB7BDC" w:rsidRDefault="00BB7BDC" w:rsidP="00BB7BDC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Recording Industry—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8F8" w:themeFill="background2"/>
            <w:vAlign w:val="center"/>
          </w:tcPr>
          <w:p w14:paraId="743D4276" w14:textId="77777777" w:rsidR="00BB7BDC" w:rsidRPr="00BB7BDC" w:rsidRDefault="00BB7BDC" w:rsidP="00BB7BDC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BB7BDC" w:rsidRPr="00BB7BDC" w14:paraId="15F243B4" w14:textId="77777777" w:rsidTr="00376225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F6684D6" w14:textId="77777777" w:rsidR="00BB7BDC" w:rsidRPr="00BB7BDC" w:rsidRDefault="00BB7BDC" w:rsidP="00BB7BDC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Speech-Language Pathology and Audiology 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5B02CFFF" w14:textId="77777777" w:rsidR="00BB7BDC" w:rsidRPr="00BB7BDC" w:rsidRDefault="00BB7BDC" w:rsidP="00BB7BDC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BB7BDC" w:rsidRPr="00BB7BDC" w14:paraId="6812CD97" w14:textId="77777777" w:rsidTr="00A1674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A1C109C" w14:textId="77777777" w:rsidR="00BB7BDC" w:rsidRPr="00BB7BDC" w:rsidRDefault="00BB7BDC" w:rsidP="00BB7BDC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World Languages and Cultures — BS/BA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8F8" w:themeFill="background2"/>
            <w:vAlign w:val="center"/>
          </w:tcPr>
          <w:p w14:paraId="71B5D755" w14:textId="77777777" w:rsidR="00BB7BDC" w:rsidRPr="00BB7BDC" w:rsidRDefault="00BB7BDC" w:rsidP="00BB7BDC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51DB363" w14:textId="77777777" w:rsidR="006960C0" w:rsidRDefault="006960C0" w:rsidP="00BB7BDC">
      <w:pPr>
        <w:spacing w:after="0"/>
      </w:pPr>
    </w:p>
    <w:tbl>
      <w:tblPr>
        <w:tblW w:w="10224" w:type="dxa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376225" w14:paraId="0CD19827" w14:textId="77777777" w:rsidTr="00976352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247943BC" w14:textId="1E7D08DA" w:rsidR="00376225" w:rsidRPr="00BB7BDC" w:rsidRDefault="00376225" w:rsidP="00BB7BDC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b/>
                <w:sz w:val="22"/>
              </w:rPr>
              <w:t>2027-2028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35F1803E" w14:textId="25DB955E" w:rsidR="00376225" w:rsidRPr="00BB7BDC" w:rsidRDefault="00376225" w:rsidP="00BB7BDC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b/>
                <w:sz w:val="22"/>
              </w:rPr>
              <w:t>2027-2028</w:t>
            </w:r>
          </w:p>
        </w:tc>
      </w:tr>
      <w:tr w:rsidR="00376225" w14:paraId="19BE085E" w14:textId="77777777" w:rsidTr="00976352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C6CA89" w14:textId="6BE2F9FE" w:rsidR="00376225" w:rsidRPr="00BB7BDC" w:rsidRDefault="00976352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Agribusiness</w:t>
            </w:r>
            <w:r w:rsidR="00376225" w:rsidRPr="00BB7BDC">
              <w:rPr>
                <w:rFonts w:ascii="Times New Roman" w:hAnsi="Times New Roman" w:cs="Times New Roman"/>
                <w:sz w:val="22"/>
              </w:rPr>
              <w:t>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854D6B7" w14:textId="1FCB2DE4" w:rsidR="00376225" w:rsidRPr="00BB7BDC" w:rsidRDefault="0085008D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 xml:space="preserve">Computational &amp; Data Science— </w:t>
            </w:r>
            <w:r w:rsidR="00542659" w:rsidRPr="00BB7BDC">
              <w:rPr>
                <w:rFonts w:ascii="Times New Roman" w:hAnsi="Times New Roman" w:cs="Times New Roman"/>
                <w:sz w:val="22"/>
              </w:rPr>
              <w:t>PhD</w:t>
            </w:r>
          </w:p>
        </w:tc>
      </w:tr>
      <w:tr w:rsidR="00376225" w14:paraId="63F24C26" w14:textId="77777777" w:rsidTr="00976352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A53C87B" w14:textId="517921EA" w:rsidR="00376225" w:rsidRPr="00BB7BDC" w:rsidRDefault="00976352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Animal Science</w:t>
            </w:r>
            <w:r w:rsidR="00376225" w:rsidRPr="00BB7BDC">
              <w:rPr>
                <w:rFonts w:ascii="Times New Roman" w:hAnsi="Times New Roman" w:cs="Times New Roman"/>
                <w:sz w:val="22"/>
              </w:rPr>
              <w:t xml:space="preserve"> 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B3ED15A" w14:textId="39EB7BFE" w:rsidR="00376225" w:rsidRPr="00BB7BDC" w:rsidRDefault="0085008D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Data Science — MS</w:t>
            </w:r>
          </w:p>
        </w:tc>
      </w:tr>
      <w:tr w:rsidR="00376225" w14:paraId="7C6B705F" w14:textId="77777777" w:rsidTr="00976352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16041B8" w14:textId="17687CBD" w:rsidR="00376225" w:rsidRPr="00BB7BDC" w:rsidRDefault="00976352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Emergency Management &amp; Homeland Security</w:t>
            </w:r>
            <w:r w:rsidR="0085008D" w:rsidRPr="00BB7BDC">
              <w:rPr>
                <w:rFonts w:ascii="Times New Roman" w:hAnsi="Times New Roman" w:cs="Times New Roman"/>
                <w:sz w:val="22"/>
              </w:rPr>
              <w:t xml:space="preserve"> 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C6099C" w14:textId="283D1A1C" w:rsidR="00376225" w:rsidRPr="00BB7BDC" w:rsidRDefault="00976352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Exercise Physiology</w:t>
            </w:r>
            <w:r w:rsidR="00376225" w:rsidRPr="00BB7BDC">
              <w:rPr>
                <w:rFonts w:ascii="Times New Roman" w:hAnsi="Times New Roman" w:cs="Times New Roman"/>
                <w:sz w:val="22"/>
              </w:rPr>
              <w:t xml:space="preserve"> — </w:t>
            </w:r>
            <w:r w:rsidR="0085008D" w:rsidRPr="00BB7BDC">
              <w:rPr>
                <w:rFonts w:ascii="Times New Roman" w:hAnsi="Times New Roman" w:cs="Times New Roman"/>
                <w:sz w:val="22"/>
              </w:rPr>
              <w:t>MS</w:t>
            </w:r>
          </w:p>
        </w:tc>
      </w:tr>
      <w:tr w:rsidR="00376225" w14:paraId="62A6C833" w14:textId="77777777" w:rsidTr="00976352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40C2F063" w14:textId="1B9D35EB" w:rsidR="00376225" w:rsidRPr="00BB7BDC" w:rsidRDefault="0085008D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Geosciences 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18CD3D2" w14:textId="325306B5" w:rsidR="00376225" w:rsidRPr="00BB7BDC" w:rsidRDefault="0085008D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Literacy Studies — PhD</w:t>
            </w:r>
          </w:p>
        </w:tc>
      </w:tr>
      <w:tr w:rsidR="00376225" w14:paraId="2E9C4CD7" w14:textId="77777777" w:rsidTr="00976352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35B2D1C" w14:textId="75674776" w:rsidR="00376225" w:rsidRPr="00BB7BDC" w:rsidRDefault="00976352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Horse Science</w:t>
            </w:r>
            <w:r w:rsidR="00376225" w:rsidRPr="00BB7BDC">
              <w:rPr>
                <w:rFonts w:ascii="Times New Roman" w:hAnsi="Times New Roman" w:cs="Times New Roman"/>
                <w:sz w:val="22"/>
              </w:rPr>
              <w:t xml:space="preserve"> 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BDE6A2E" w14:textId="0A06C01A" w:rsidR="00376225" w:rsidRPr="00BB7BDC" w:rsidRDefault="0085008D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Mathematics &amp; Science Education— PhD</w:t>
            </w:r>
          </w:p>
        </w:tc>
      </w:tr>
      <w:tr w:rsidR="00376225" w14:paraId="3EC3079C" w14:textId="77777777" w:rsidTr="00976352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D3C9DB0" w14:textId="6672083B" w:rsidR="00376225" w:rsidRPr="00BB7BDC" w:rsidRDefault="00976352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History</w:t>
            </w:r>
            <w:r w:rsidR="00376225" w:rsidRPr="00BB7BDC">
              <w:rPr>
                <w:rFonts w:ascii="Times New Roman" w:hAnsi="Times New Roman" w:cs="Times New Roman"/>
                <w:sz w:val="22"/>
              </w:rPr>
              <w:t>— BS, BA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597A2AA6" w14:textId="4698269E" w:rsidR="00376225" w:rsidRPr="00BB7BDC" w:rsidRDefault="0085008D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Molecular Biosciences — PhD</w:t>
            </w:r>
          </w:p>
        </w:tc>
      </w:tr>
      <w:tr w:rsidR="00376225" w14:paraId="6C13FF58" w14:textId="77777777" w:rsidTr="00976352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07B553" w14:textId="4FCF0FA0" w:rsidR="00376225" w:rsidRPr="00BB7BDC" w:rsidRDefault="003C408F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Media and Entertainment—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C42032" w14:textId="56FFA629" w:rsidR="00376225" w:rsidRPr="00BB7BDC" w:rsidRDefault="0085008D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Professional Studies— MS</w:t>
            </w:r>
          </w:p>
        </w:tc>
      </w:tr>
      <w:tr w:rsidR="003C408F" w14:paraId="445B8F7E" w14:textId="77777777" w:rsidTr="00976352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5637C35C" w14:textId="49367EC3" w:rsidR="003C408F" w:rsidRPr="00BB7BDC" w:rsidRDefault="003C408F" w:rsidP="003C408F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Physics—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44E8BF2" w14:textId="2CFE0944" w:rsidR="003C408F" w:rsidRPr="00BB7BDC" w:rsidRDefault="0085008D" w:rsidP="003C408F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Psychology — M</w:t>
            </w:r>
            <w:r w:rsidR="00542659" w:rsidRPr="00BB7BDC">
              <w:rPr>
                <w:rFonts w:ascii="Times New Roman" w:hAnsi="Times New Roman" w:cs="Times New Roman"/>
                <w:sz w:val="22"/>
              </w:rPr>
              <w:t>A</w:t>
            </w:r>
          </w:p>
        </w:tc>
      </w:tr>
      <w:tr w:rsidR="003C408F" w14:paraId="35BD9F7B" w14:textId="77777777" w:rsidTr="00976352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79CA0AE" w14:textId="4AA9E7AA" w:rsidR="003C408F" w:rsidRPr="00BB7BDC" w:rsidRDefault="003C408F" w:rsidP="003C408F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Plant &amp; Soil Science—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ECCE6C4" w14:textId="0AD922CB" w:rsidR="003C408F" w:rsidRPr="00BB7BDC" w:rsidRDefault="0085008D" w:rsidP="003C408F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Public History — PhD</w:t>
            </w:r>
          </w:p>
        </w:tc>
      </w:tr>
      <w:tr w:rsidR="003C408F" w14:paraId="76A8E36A" w14:textId="77777777" w:rsidTr="00A1674D">
        <w:trPr>
          <w:trHeight w:val="413"/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8F8" w:themeFill="background2"/>
            <w:vAlign w:val="center"/>
          </w:tcPr>
          <w:p w14:paraId="158A0469" w14:textId="32AEC9A9" w:rsidR="003C408F" w:rsidRPr="00BB7BDC" w:rsidRDefault="003C408F" w:rsidP="003C408F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Professional Studies 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8F8" w:themeFill="background2"/>
            <w:vAlign w:val="center"/>
          </w:tcPr>
          <w:p w14:paraId="6AD7DF92" w14:textId="64412B3E" w:rsidR="003C408F" w:rsidRPr="00BB7BDC" w:rsidRDefault="003C408F" w:rsidP="003C408F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 xml:space="preserve">Recording Arts &amp; Technologies— </w:t>
            </w:r>
            <w:r w:rsidR="00542659" w:rsidRPr="00BB7BDC">
              <w:rPr>
                <w:rFonts w:ascii="Times New Roman" w:hAnsi="Times New Roman" w:cs="Times New Roman"/>
                <w:sz w:val="22"/>
              </w:rPr>
              <w:t>MFA</w:t>
            </w:r>
          </w:p>
        </w:tc>
      </w:tr>
      <w:tr w:rsidR="003C408F" w14:paraId="41A39309" w14:textId="77777777" w:rsidTr="00A1674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CDC145" w14:textId="2E07D29A" w:rsidR="003C408F" w:rsidRPr="00BB7BDC" w:rsidRDefault="003C408F" w:rsidP="003C408F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B7BDC">
              <w:rPr>
                <w:rFonts w:ascii="Times New Roman" w:hAnsi="Times New Roman" w:cs="Times New Roman"/>
                <w:sz w:val="22"/>
              </w:rPr>
              <w:t>Video and Film Production 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8F8" w:themeFill="background2"/>
            <w:vAlign w:val="center"/>
          </w:tcPr>
          <w:p w14:paraId="1D7C3901" w14:textId="5B63B589" w:rsidR="003C408F" w:rsidRPr="00BB7BDC" w:rsidRDefault="003C408F" w:rsidP="003C408F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6045E425" w14:textId="77777777" w:rsidR="00766996" w:rsidRDefault="00766996" w:rsidP="00B81BCA">
      <w:pPr>
        <w:spacing w:after="0"/>
      </w:pPr>
    </w:p>
    <w:tbl>
      <w:tblPr>
        <w:tblW w:w="10224" w:type="dxa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3C408F" w14:paraId="6230FCBC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408A6F26" w14:textId="1015B65F" w:rsidR="003C408F" w:rsidRPr="00B81BCA" w:rsidRDefault="003C408F" w:rsidP="00B81BCA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b/>
                <w:sz w:val="22"/>
              </w:rPr>
              <w:t>2028-2029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19D6D834" w14:textId="143DC789" w:rsidR="003C408F" w:rsidRPr="00B81BCA" w:rsidRDefault="003C408F" w:rsidP="00B81BCA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b/>
                <w:sz w:val="22"/>
              </w:rPr>
              <w:t>2028-2029</w:t>
            </w:r>
          </w:p>
        </w:tc>
      </w:tr>
      <w:tr w:rsidR="003C408F" w14:paraId="116C1CAD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5C9AD5" w14:textId="522EACC7" w:rsidR="003C408F" w:rsidRPr="00B81BCA" w:rsidRDefault="004960C9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Actuarial Science</w:t>
            </w:r>
            <w:r w:rsidR="003C408F" w:rsidRPr="00B81BCA">
              <w:rPr>
                <w:rFonts w:ascii="Times New Roman" w:hAnsi="Times New Roman" w:cs="Times New Roman"/>
                <w:sz w:val="22"/>
              </w:rPr>
              <w:t>— BS</w:t>
            </w:r>
            <w:r w:rsidR="00774BC4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7AC8B62" w14:textId="229005EA" w:rsidR="003C408F" w:rsidRPr="00B81BCA" w:rsidRDefault="004960C9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Engineering Technology</w:t>
            </w:r>
            <w:r w:rsidR="003C408F" w:rsidRPr="00B81BCA">
              <w:rPr>
                <w:rFonts w:ascii="Times New Roman" w:hAnsi="Times New Roman" w:cs="Times New Roman"/>
                <w:sz w:val="22"/>
              </w:rPr>
              <w:t xml:space="preserve"> — M</w:t>
            </w:r>
            <w:r w:rsidRPr="00B81BCA">
              <w:rPr>
                <w:rFonts w:ascii="Times New Roman" w:hAnsi="Times New Roman" w:cs="Times New Roman"/>
                <w:sz w:val="22"/>
              </w:rPr>
              <w:t>S</w:t>
            </w:r>
          </w:p>
        </w:tc>
      </w:tr>
      <w:tr w:rsidR="003C408F" w14:paraId="4F8144A1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7B94C5CD" w14:textId="02A4121F" w:rsidR="003C408F" w:rsidRPr="00B81BCA" w:rsidRDefault="004960C9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Criminal Justice—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5754914" w14:textId="0A0A31AF" w:rsidR="003C408F" w:rsidRPr="00B81BCA" w:rsidRDefault="004960C9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Geosciences — MS</w:t>
            </w:r>
          </w:p>
        </w:tc>
      </w:tr>
      <w:tr w:rsidR="003C408F" w14:paraId="681FA52F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32AF74" w14:textId="74BE6DB9" w:rsidR="003C408F" w:rsidRPr="00B81BCA" w:rsidRDefault="004960C9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Communication 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81BC40" w14:textId="36EE0796" w:rsidR="003C408F" w:rsidRPr="00B81BCA" w:rsidRDefault="004960C9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Liberal Arts — MA</w:t>
            </w:r>
          </w:p>
        </w:tc>
      </w:tr>
      <w:tr w:rsidR="004960C9" w14:paraId="7C62F45D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110F649" w14:textId="1D8B1E0A" w:rsidR="004960C9" w:rsidRPr="00B81BCA" w:rsidRDefault="004960C9" w:rsidP="004960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English — BS, BA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2C50BD0" w14:textId="07D5DFE7" w:rsidR="004960C9" w:rsidRPr="00B81BCA" w:rsidRDefault="004960C9" w:rsidP="004960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Professional Science— MS</w:t>
            </w:r>
          </w:p>
        </w:tc>
      </w:tr>
      <w:tr w:rsidR="004960C9" w14:paraId="52A6BE4B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4590C3" w14:textId="7D0C3667" w:rsidR="004960C9" w:rsidRPr="00B81BCA" w:rsidRDefault="004960C9" w:rsidP="004960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Interactive Media 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CF8825" w14:textId="63A71F37" w:rsidR="004960C9" w:rsidRPr="00B81BCA" w:rsidRDefault="004960C9" w:rsidP="004960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 xml:space="preserve">School Psychology — </w:t>
            </w:r>
            <w:proofErr w:type="spellStart"/>
            <w:r w:rsidRPr="00B81BCA">
              <w:rPr>
                <w:rFonts w:ascii="Times New Roman" w:hAnsi="Times New Roman" w:cs="Times New Roman"/>
                <w:sz w:val="22"/>
              </w:rPr>
              <w:t>EdS</w:t>
            </w:r>
            <w:proofErr w:type="spellEnd"/>
            <w:r w:rsidR="00774BC4">
              <w:rPr>
                <w:rFonts w:ascii="Times New Roman" w:hAnsi="Times New Roman" w:cs="Times New Roman"/>
                <w:sz w:val="22"/>
              </w:rPr>
              <w:t>*</w:t>
            </w:r>
          </w:p>
        </w:tc>
      </w:tr>
      <w:tr w:rsidR="004960C9" w14:paraId="4288D574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1DF2EB1" w14:textId="5F8EE08D" w:rsidR="004960C9" w:rsidRPr="00B81BCA" w:rsidRDefault="004960C9" w:rsidP="004960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Media Management—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4A0F2846" w14:textId="4C752FB8" w:rsidR="004960C9" w:rsidRPr="00B81BCA" w:rsidRDefault="004960C9" w:rsidP="004960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4960C9" w14:paraId="23197563" w14:textId="77777777" w:rsidTr="00A1674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6719CAF" w14:textId="5F0F0DBC" w:rsidR="004960C9" w:rsidRPr="00B81BCA" w:rsidRDefault="004960C9" w:rsidP="004960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Science 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8F8" w:themeFill="background2"/>
            <w:vAlign w:val="center"/>
          </w:tcPr>
          <w:p w14:paraId="1F949B60" w14:textId="1F4A8CD9" w:rsidR="004960C9" w:rsidRPr="00B81BCA" w:rsidRDefault="004960C9" w:rsidP="004960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4737BE40" w14:textId="77777777" w:rsidR="003C408F" w:rsidRDefault="003C408F"/>
    <w:tbl>
      <w:tblPr>
        <w:tblW w:w="10224" w:type="dxa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3118C9" w14:paraId="304DB7E1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51AF5C31" w14:textId="65DE3767" w:rsidR="003118C9" w:rsidRPr="003118C9" w:rsidRDefault="003118C9" w:rsidP="003118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UNDERGRADUATE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4F70AA9A" w14:textId="19004D53" w:rsidR="003118C9" w:rsidRPr="003118C9" w:rsidRDefault="003118C9" w:rsidP="003118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GRADUATE</w:t>
            </w:r>
          </w:p>
        </w:tc>
      </w:tr>
      <w:tr w:rsidR="003118C9" w14:paraId="066FBFB2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5850C9E9" w14:textId="6068BD52" w:rsidR="003118C9" w:rsidRPr="00B81BCA" w:rsidRDefault="003118C9" w:rsidP="003118C9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b/>
                <w:sz w:val="22"/>
              </w:rPr>
              <w:t>2029-2030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2E5ED074" w14:textId="62A4C7E8" w:rsidR="003118C9" w:rsidRPr="00B81BCA" w:rsidRDefault="003118C9" w:rsidP="003118C9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b/>
                <w:sz w:val="22"/>
              </w:rPr>
              <w:t>2029-2030</w:t>
            </w:r>
          </w:p>
        </w:tc>
      </w:tr>
      <w:tr w:rsidR="003118C9" w14:paraId="14B5EE40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819C312" w14:textId="1407C6FC" w:rsidR="003118C9" w:rsidRPr="00B81BCA" w:rsidRDefault="003118C9" w:rsidP="003118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Biology—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5D2DE1" w14:textId="5F6FCBB9" w:rsidR="003118C9" w:rsidRPr="00B81BCA" w:rsidRDefault="003118C9" w:rsidP="003118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Biology — MS</w:t>
            </w:r>
          </w:p>
        </w:tc>
      </w:tr>
      <w:tr w:rsidR="003118C9" w14:paraId="4695CA6D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281DB1A" w14:textId="36CE68C2" w:rsidR="003118C9" w:rsidRPr="00B81BCA" w:rsidRDefault="003118C9" w:rsidP="003118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Exercise Science—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ABF43B8" w14:textId="1002B571" w:rsidR="003118C9" w:rsidRPr="00B81BCA" w:rsidRDefault="003118C9" w:rsidP="003118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Chemistry — MS</w:t>
            </w:r>
          </w:p>
        </w:tc>
      </w:tr>
      <w:tr w:rsidR="003118C9" w14:paraId="5E0BF857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B83969A" w14:textId="2795ADE0" w:rsidR="003118C9" w:rsidRPr="00B81BCA" w:rsidRDefault="003118C9" w:rsidP="003118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Fermentation Science—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2359E71" w14:textId="2376CCA4" w:rsidR="003118C9" w:rsidRPr="00B81BCA" w:rsidRDefault="003118C9" w:rsidP="003118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Computer Science — MS</w:t>
            </w:r>
          </w:p>
        </w:tc>
      </w:tr>
      <w:tr w:rsidR="003118C9" w14:paraId="2966AABD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0C4310A8" w14:textId="4F52C256" w:rsidR="003118C9" w:rsidRPr="00B81BCA" w:rsidRDefault="003118C9" w:rsidP="003118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Integrated Studies—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03E2A87E" w14:textId="0FBAFA86" w:rsidR="003118C9" w:rsidRPr="00B81BCA" w:rsidRDefault="003118C9" w:rsidP="003118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Mathematics— MS</w:t>
            </w:r>
          </w:p>
        </w:tc>
      </w:tr>
      <w:tr w:rsidR="003118C9" w14:paraId="3D70B259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2B0DAA4" w14:textId="26FAADFE" w:rsidR="003118C9" w:rsidRPr="00B81BCA" w:rsidRDefault="003118C9" w:rsidP="003118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Public Writing &amp; Rhetoric—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5C0B872" w14:textId="4BD2595C" w:rsidR="003118C9" w:rsidRPr="00B81BCA" w:rsidRDefault="003118C9" w:rsidP="003118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World Languages &amp; Cultures —MAT</w:t>
            </w:r>
          </w:p>
        </w:tc>
      </w:tr>
      <w:tr w:rsidR="003118C9" w14:paraId="53737F4C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776DE5E" w14:textId="79F1BB77" w:rsidR="003118C9" w:rsidRPr="00B81BCA" w:rsidRDefault="003118C9" w:rsidP="003118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Political and Global Affairs— BS, BA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63D946B" w14:textId="1F958440" w:rsidR="003118C9" w:rsidRPr="00B81BCA" w:rsidRDefault="003118C9" w:rsidP="003118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3118C9" w14:paraId="7F9ADEF0" w14:textId="77777777" w:rsidTr="00A1674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AC07A6" w14:textId="49B1CE66" w:rsidR="003118C9" w:rsidRPr="00B81BCA" w:rsidRDefault="003118C9" w:rsidP="003118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Religious Studies — BS, BA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8F8" w:themeFill="background2"/>
            <w:vAlign w:val="center"/>
          </w:tcPr>
          <w:p w14:paraId="26AE1651" w14:textId="77777777" w:rsidR="003118C9" w:rsidRPr="00B81BCA" w:rsidRDefault="003118C9" w:rsidP="003118C9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D2E67CB" w14:textId="77777777" w:rsidR="00E47310" w:rsidRDefault="00E47310" w:rsidP="00B81BCA">
      <w:pPr>
        <w:spacing w:after="0"/>
      </w:pPr>
    </w:p>
    <w:tbl>
      <w:tblPr>
        <w:tblW w:w="10224" w:type="dxa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49474F" w14:paraId="780939E5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2949DB0D" w14:textId="6FA8C915" w:rsidR="0049474F" w:rsidRPr="00B81BCA" w:rsidRDefault="0049474F" w:rsidP="00B81BCA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b/>
                <w:sz w:val="22"/>
              </w:rPr>
              <w:t>2030-2031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  <w:vAlign w:val="center"/>
          </w:tcPr>
          <w:p w14:paraId="116558B8" w14:textId="66211E30" w:rsidR="0049474F" w:rsidRPr="00B81BCA" w:rsidRDefault="0049474F" w:rsidP="00B81BCA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b/>
                <w:sz w:val="22"/>
              </w:rPr>
              <w:t>2030-2031</w:t>
            </w:r>
          </w:p>
        </w:tc>
      </w:tr>
      <w:tr w:rsidR="0049474F" w14:paraId="5A0DE71C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FF0918" w14:textId="0F4A7865" w:rsidR="0049474F" w:rsidRPr="00B81BCA" w:rsidRDefault="0049474F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Mathematics—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0C9DC9" w14:textId="5E9F97D4" w:rsidR="0049474F" w:rsidRPr="00B81BCA" w:rsidRDefault="0049474F" w:rsidP="002303CD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Biomedical Sciences— MS</w:t>
            </w:r>
          </w:p>
        </w:tc>
      </w:tr>
      <w:tr w:rsidR="0049474F" w14:paraId="48CF4C82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267F4C3" w14:textId="11E4A8BF" w:rsidR="0049474F" w:rsidRPr="00B81BCA" w:rsidRDefault="0049474F" w:rsidP="0049474F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Data Science— BS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4925C3A4" w14:textId="1D6F5463" w:rsidR="0049474F" w:rsidRPr="00B81BCA" w:rsidRDefault="0049474F" w:rsidP="0049474F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Criminal Justic Administration— MCJ</w:t>
            </w:r>
          </w:p>
        </w:tc>
      </w:tr>
      <w:tr w:rsidR="0049474F" w14:paraId="7C0FFF96" w14:textId="77777777" w:rsidTr="002303C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3B70093" w14:textId="200C3EF6" w:rsidR="0049474F" w:rsidRPr="00B81BCA" w:rsidRDefault="0049474F" w:rsidP="0049474F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Sociology— BS, BA</w:t>
            </w: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E9DF014" w14:textId="10C6730B" w:rsidR="0049474F" w:rsidRPr="00B81BCA" w:rsidRDefault="0049474F" w:rsidP="0049474F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B81BCA">
              <w:rPr>
                <w:rFonts w:ascii="Times New Roman" w:hAnsi="Times New Roman" w:cs="Times New Roman"/>
                <w:sz w:val="22"/>
              </w:rPr>
              <w:t>Digital Media— MS</w:t>
            </w:r>
          </w:p>
        </w:tc>
      </w:tr>
      <w:tr w:rsidR="0049474F" w:rsidRPr="00A1674D" w14:paraId="6C02973F" w14:textId="77777777" w:rsidTr="00A1674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8F8" w:themeFill="background2"/>
            <w:vAlign w:val="center"/>
          </w:tcPr>
          <w:p w14:paraId="0CCD12E9" w14:textId="4C73FAD5" w:rsidR="0049474F" w:rsidRPr="00A1674D" w:rsidRDefault="0049474F" w:rsidP="0049474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25B1A09" w14:textId="7F401E70" w:rsidR="0049474F" w:rsidRPr="00A1674D" w:rsidRDefault="0049474F" w:rsidP="0049474F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A1674D">
              <w:rPr>
                <w:rFonts w:ascii="Times New Roman" w:hAnsi="Times New Roman" w:cs="Times New Roman"/>
                <w:sz w:val="22"/>
              </w:rPr>
              <w:t>History— MA</w:t>
            </w:r>
          </w:p>
        </w:tc>
      </w:tr>
      <w:tr w:rsidR="0049474F" w:rsidRPr="00A1674D" w14:paraId="07293F82" w14:textId="77777777" w:rsidTr="00A1674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8F8" w:themeFill="background2"/>
            <w:vAlign w:val="center"/>
          </w:tcPr>
          <w:p w14:paraId="3A712CC5" w14:textId="10D8277B" w:rsidR="0049474F" w:rsidRPr="00A1674D" w:rsidRDefault="0049474F" w:rsidP="0049474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2CF562A" w14:textId="70C6AC34" w:rsidR="0049474F" w:rsidRPr="00A1674D" w:rsidRDefault="0049474F" w:rsidP="0049474F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A1674D">
              <w:rPr>
                <w:rFonts w:ascii="Times New Roman" w:hAnsi="Times New Roman" w:cs="Times New Roman"/>
                <w:sz w:val="22"/>
              </w:rPr>
              <w:t>Horse Science— MS</w:t>
            </w:r>
          </w:p>
        </w:tc>
      </w:tr>
      <w:tr w:rsidR="0049474F" w:rsidRPr="00A1674D" w14:paraId="0A69E2C7" w14:textId="77777777" w:rsidTr="00A1674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8F8" w:themeFill="background2"/>
            <w:vAlign w:val="center"/>
          </w:tcPr>
          <w:p w14:paraId="5476252F" w14:textId="4F6F516E" w:rsidR="0049474F" w:rsidRPr="00A1674D" w:rsidRDefault="0049474F" w:rsidP="0049474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537D5670" w14:textId="20304A84" w:rsidR="0049474F" w:rsidRPr="00A1674D" w:rsidRDefault="0049474F" w:rsidP="0049474F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A1674D">
              <w:rPr>
                <w:rFonts w:ascii="Times New Roman" w:hAnsi="Times New Roman" w:cs="Times New Roman"/>
                <w:sz w:val="22"/>
              </w:rPr>
              <w:t>Mechatronics Systems Engineering — MS</w:t>
            </w:r>
          </w:p>
        </w:tc>
      </w:tr>
      <w:tr w:rsidR="0049474F" w:rsidRPr="00A1674D" w14:paraId="07DE7C53" w14:textId="77777777" w:rsidTr="00A1674D">
        <w:trPr>
          <w:jc w:val="center"/>
        </w:trPr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8F8F8" w:themeFill="background2"/>
            <w:vAlign w:val="center"/>
          </w:tcPr>
          <w:p w14:paraId="1B2DA8D6" w14:textId="7C93C831" w:rsidR="0049474F" w:rsidRPr="00A1674D" w:rsidRDefault="0049474F" w:rsidP="0049474F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51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B2EA97" w14:textId="52EE193C" w:rsidR="0049474F" w:rsidRPr="00A1674D" w:rsidRDefault="0049474F" w:rsidP="0049474F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A1674D">
              <w:rPr>
                <w:rFonts w:ascii="Times New Roman" w:hAnsi="Times New Roman" w:cs="Times New Roman"/>
                <w:sz w:val="22"/>
              </w:rPr>
              <w:t>Sociology— MA</w:t>
            </w:r>
          </w:p>
        </w:tc>
      </w:tr>
    </w:tbl>
    <w:p w14:paraId="1D8598F6" w14:textId="77777777" w:rsidR="0049474F" w:rsidRPr="00A1674D" w:rsidRDefault="0049474F">
      <w:pPr>
        <w:rPr>
          <w:b/>
          <w:bCs/>
        </w:rPr>
      </w:pPr>
    </w:p>
    <w:sectPr w:rsidR="0049474F" w:rsidRPr="00A1674D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8950133">
    <w:abstractNumId w:val="8"/>
  </w:num>
  <w:num w:numId="2" w16cid:durableId="966467427">
    <w:abstractNumId w:val="6"/>
  </w:num>
  <w:num w:numId="3" w16cid:durableId="805584267">
    <w:abstractNumId w:val="5"/>
  </w:num>
  <w:num w:numId="4" w16cid:durableId="147983784">
    <w:abstractNumId w:val="4"/>
  </w:num>
  <w:num w:numId="5" w16cid:durableId="1315523713">
    <w:abstractNumId w:val="7"/>
  </w:num>
  <w:num w:numId="6" w16cid:durableId="850074230">
    <w:abstractNumId w:val="3"/>
  </w:num>
  <w:num w:numId="7" w16cid:durableId="1614745752">
    <w:abstractNumId w:val="2"/>
  </w:num>
  <w:num w:numId="8" w16cid:durableId="226915066">
    <w:abstractNumId w:val="1"/>
  </w:num>
  <w:num w:numId="9" w16cid:durableId="1563253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18C9"/>
    <w:rsid w:val="00324ADF"/>
    <w:rsid w:val="00326F90"/>
    <w:rsid w:val="00376225"/>
    <w:rsid w:val="003C408F"/>
    <w:rsid w:val="003D0A6A"/>
    <w:rsid w:val="0045484E"/>
    <w:rsid w:val="00467D67"/>
    <w:rsid w:val="0049474F"/>
    <w:rsid w:val="004960C9"/>
    <w:rsid w:val="00542659"/>
    <w:rsid w:val="005A22BE"/>
    <w:rsid w:val="006960C0"/>
    <w:rsid w:val="00766996"/>
    <w:rsid w:val="00774BC4"/>
    <w:rsid w:val="0085008D"/>
    <w:rsid w:val="00976352"/>
    <w:rsid w:val="009E6767"/>
    <w:rsid w:val="00A1674D"/>
    <w:rsid w:val="00AA1D8D"/>
    <w:rsid w:val="00B47730"/>
    <w:rsid w:val="00B81BCA"/>
    <w:rsid w:val="00BB7BDC"/>
    <w:rsid w:val="00CB0664"/>
    <w:rsid w:val="00E47310"/>
    <w:rsid w:val="00ED5D94"/>
    <w:rsid w:val="00F452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51C299"/>
  <w14:defaultImageDpi w14:val="300"/>
  <w15:docId w15:val="{C7085CDA-5625-44D5-9EF7-F43E2B619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8C9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DDDDD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DDDDD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DDDDD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DDDDDD" w:themeColor="accent1"/>
      </w:pBdr>
      <w:spacing w:before="200" w:after="280"/>
      <w:ind w:left="936" w:right="936"/>
    </w:pPr>
    <w:rPr>
      <w:b/>
      <w:bCs/>
      <w:i/>
      <w:iCs/>
      <w:color w:val="DDDDD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DDDDD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DDDDD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B2B2B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B2B2B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DDDD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B2B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808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62ebf40-80b2-40ba-86fe-6dd409acb499}" enabled="0" method="" siteId="{762ebf40-80b2-40ba-86fe-6dd409acb49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Rachel R. Helms</cp:lastModifiedBy>
  <cp:revision>4</cp:revision>
  <cp:lastPrinted>2026-09-14T19:42:00Z</cp:lastPrinted>
  <dcterms:created xsi:type="dcterms:W3CDTF">2026-09-22T20:43:00Z</dcterms:created>
  <dcterms:modified xsi:type="dcterms:W3CDTF">2026-09-22T20:44:00Z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b37ee58d-154f-4e6e-85a1-e29354329c5e</vt:lpwstr>
  </property>
</Properties>
</file>